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17.png" ContentType="image/png"/>
  <Override PartName="/word/media/image8.png" ContentType="image/png"/>
  <Override PartName="/word/media/image12.png" ContentType="image/png"/>
  <Override PartName="/word/media/image3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Санкт-Петербургский Национальный Исследовательский Университет</w:t>
        <w:br/>
        <w:t>Информационных Технологий, Механики и Оптики</w:t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  <w:br/>
        <w:t>Кафедра Систем Управления и Информатики</w:t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b/>
          <w:bCs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</w:r>
      <w:r>
        <w:rPr>
          <w:rFonts w:cs="Times New Roman"/>
          <w:b/>
          <w:bCs/>
          <w:sz w:val="24"/>
          <w:szCs w:val="24"/>
          <w:lang w:val="ru-RU"/>
        </w:rPr>
        <w:t>Лабораторная работа №8</w:t>
        <w:br/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  <w:t xml:space="preserve">Выполнил(и):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Дощенников Н.А.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Проверил: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Мусаев А.А.</w:t>
        <w:br/>
      </w:r>
    </w:p>
    <w:p>
      <w:pPr>
        <w:pStyle w:val="Normal"/>
        <w:spacing w:lineRule="auto" w:line="36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Санкт-Петербург,</w:t>
        <w:br/>
        <w:t>2025</w:t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Введение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данной лабораторной работе требуется разработать оригинальные задачи по ключевым темам алгоритмов. Для каждой задачи необходимо сформулировать условие, предложить решение и обосновать выбор метода. Цель работы – закрепить навыки постановки и анализа алгоритмических задач, а также демонстрация практического применения различных методов.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Алгоритмы сортировки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В одном королевстве существует Гильдия Равновесия: в неё принимают только тройки героев, чьи силы в сумме равны нулю. Даны силы героев (могут повторяться). Найти все уникальные тройки, дающие сумму 0. 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Отсортируем массив и переберём первый элемент тройки. Для оставшегося подмассива используем два указателя, сдвигая их в зависимости от текущей суммы. Для устранения дубликатов пропускаем повторы первого и второго элементов. </w:t>
      </w:r>
      <w:r>
        <w:rPr>
          <w:rFonts w:cs="Times New Roman"/>
          <w:sz w:val="24"/>
          <w:szCs w:val="24"/>
          <w:lang w:val="ru-RU"/>
        </w:rPr>
        <w:t>(Время: O(</w:t>
      </w:r>
      <w:r>
        <w:rPr>
          <w:rFonts w:cs="Times New Roman"/>
          <w:sz w:val="24"/>
          <w:szCs w:val="24"/>
          <w:lang w:val="ru-RU"/>
        </w:rPr>
        <w:t>n</w:t>
      </w:r>
      <w:r>
        <w:rPr>
          <w:rFonts w:cs="Times New Roman"/>
          <w:sz w:val="24"/>
          <w:szCs w:val="24"/>
          <w:lang w:val="ru-RU"/>
        </w:rPr>
        <w:t xml:space="preserve">^2), Память: </w:t>
      </w:r>
      <w:r>
        <w:rPr>
          <w:rFonts w:cs="Times New Roman"/>
          <w:sz w:val="24"/>
          <w:szCs w:val="24"/>
          <w:lang w:val="ru-RU"/>
        </w:rPr>
        <w:t>O(1)</w:t>
      </w:r>
      <w:r>
        <w:rPr>
          <w:rFonts w:cs="Times New Roman"/>
          <w:sz w:val="24"/>
          <w:szCs w:val="24"/>
          <w:lang w:val="ru-RU"/>
        </w:rPr>
        <w:t>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three_sum(nums):</w:t>
        <w:br/>
        <w:t xml:space="preserve">    res = []</w:t>
        <w:br/>
        <w:t xml:space="preserve">    nums.sort()</w:t>
        <w:br/>
        <w:t xml:space="preserve">    for i in range(len(nums)):</w:t>
        <w:br/>
        <w:t xml:space="preserve">        if i &gt; 0 and nums[i] == nums[i-1]:</w:t>
        <w:br/>
        <w:t xml:space="preserve">            continue</w:t>
        <w:br/>
        <w:t xml:space="preserve">        j = i + 1</w:t>
        <w:br/>
        <w:t xml:space="preserve">        k = len(nums) - 1</w:t>
        <w:br/>
        <w:t xml:space="preserve">        while j &lt; k:</w:t>
        <w:br/>
        <w:t xml:space="preserve">            s = nums[i] + nums[j] + nums[k]</w:t>
        <w:br/>
        <w:t xml:space="preserve">            if s &gt; 0:</w:t>
        <w:br/>
        <w:t xml:space="preserve">                k -= 1</w:t>
        <w:br/>
        <w:t xml:space="preserve">            elif s &lt; 0:</w:t>
        <w:br/>
        <w:t xml:space="preserve">                j += 1</w:t>
        <w:br/>
        <w:t xml:space="preserve">            else:</w:t>
        <w:br/>
        <w:t xml:space="preserve">                res.append([nums[i], nums[j], nums[k]])</w:t>
        <w:br/>
        <w:t xml:space="preserve">                j += 1</w:t>
        <w:br/>
        <w:t xml:space="preserve">                while j &lt; k and nums[j] == nums[j-1]:</w:t>
        <w:br/>
        <w:t xml:space="preserve">                    j += 1</w:t>
        <w:br/>
        <w:t xml:space="preserve">    return res</w:t>
        <w:br/>
        <w:br/>
        <w:t>if __name__ == "__main__":</w:t>
        <w:br/>
        <w:t xml:space="preserve">    nums = [-1, 0, 1, 2, -1, -4]</w:t>
        <w:br/>
        <w:t xml:space="preserve">    print(three_sum(nums))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9937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9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Даны полоски ткани трёх цветов: 0, 1, 2. Требуется упорядочить массив по возрастанию без вспомогательной памяти и без готовых функций сортировки.</w:t>
      </w:r>
    </w:p>
    <w:p>
      <w:pPr>
        <w:pStyle w:val="Heading3"/>
        <w:spacing w:lineRule="auto" w:line="360"/>
        <w:ind w:firstLine="720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Используем три указателя: границы для 0 и 2 и текущую позицию. При встрече 0 меняем с началом, при 2 — с концом, при 1 — продвигаем текущую позицию. </w:t>
      </w:r>
      <w:r>
        <w:rPr/>
        <w:t>(Время: O(n), Память: O(1))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sort_colors(nums):</w:t>
        <w:br/>
        <w:t xml:space="preserve">    low = 0</w:t>
        <w:br/>
        <w:t xml:space="preserve">    mid = 0</w:t>
        <w:br/>
        <w:t xml:space="preserve">    high = len(nums) - 1</w:t>
        <w:br/>
        <w:t xml:space="preserve">    while mid &lt;= high:</w:t>
        <w:br/>
        <w:t xml:space="preserve">        if nums[mid] == 0:</w:t>
        <w:br/>
        <w:t xml:space="preserve">            nums[low], nums[mid] = nums[mid], nums[low]</w:t>
        <w:br/>
        <w:t xml:space="preserve">            low += 1</w:t>
        <w:br/>
        <w:t xml:space="preserve">            mid += 1</w:t>
        <w:br/>
        <w:t xml:space="preserve">        elif nums[mid] == 1:</w:t>
        <w:br/>
        <w:t xml:space="preserve">            mid += 1</w:t>
        <w:br/>
        <w:t xml:space="preserve">        else:</w:t>
        <w:br/>
        <w:t xml:space="preserve">            nums[mid], nums[high] = nums[high], nums[mid]</w:t>
        <w:br/>
        <w:t xml:space="preserve">            high -= 1</w:t>
        <w:br/>
        <w:br/>
        <w:t>if __name__ == "__main__":</w:t>
        <w:br/>
        <w:t xml:space="preserve">    nums = [2, 0, 2, 1, 1, 0]</w:t>
        <w:br/>
        <w:t xml:space="preserve">    sort_colors(nums)</w:t>
        <w:br/>
        <w:t xml:space="preserve">    print(nums)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03949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39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 массив чисел. Переставить элементы так, чтобы получилась зигзагообразная последовательность: </w:t>
      </w:r>
      <w:r>
        <w:rPr>
          <w:rFonts w:cs="Times New Roman"/>
          <w:sz w:val="24"/>
          <w:szCs w:val="24"/>
        </w:rPr>
        <w:t>nums</w:t>
      </w:r>
      <w:r>
        <w:rPr>
          <w:rFonts w:cs="Times New Roman"/>
          <w:sz w:val="24"/>
          <w:szCs w:val="24"/>
          <w:lang w:val="ru-RU"/>
        </w:rPr>
        <w:t xml:space="preserve">[0] &lt; </w:t>
      </w:r>
      <w:r>
        <w:rPr>
          <w:rFonts w:cs="Times New Roman"/>
          <w:sz w:val="24"/>
          <w:szCs w:val="24"/>
        </w:rPr>
        <w:t>nums</w:t>
      </w:r>
      <w:r>
        <w:rPr>
          <w:rFonts w:cs="Times New Roman"/>
          <w:sz w:val="24"/>
          <w:szCs w:val="24"/>
          <w:lang w:val="ru-RU"/>
        </w:rPr>
        <w:t xml:space="preserve">[1] &gt; </w:t>
      </w:r>
      <w:r>
        <w:rPr>
          <w:rFonts w:cs="Times New Roman"/>
          <w:sz w:val="24"/>
          <w:szCs w:val="24"/>
        </w:rPr>
        <w:t>nums</w:t>
      </w:r>
      <w:r>
        <w:rPr>
          <w:rFonts w:cs="Times New Roman"/>
          <w:sz w:val="24"/>
          <w:szCs w:val="24"/>
          <w:lang w:val="ru-RU"/>
        </w:rPr>
        <w:t xml:space="preserve">[2] &lt; </w:t>
      </w:r>
      <w:r>
        <w:rPr>
          <w:rFonts w:cs="Times New Roman"/>
          <w:sz w:val="24"/>
          <w:szCs w:val="24"/>
        </w:rPr>
        <w:t>nums</w:t>
      </w:r>
      <w:r>
        <w:rPr>
          <w:rFonts w:cs="Times New Roman"/>
          <w:sz w:val="24"/>
          <w:szCs w:val="24"/>
          <w:lang w:val="ru-RU"/>
        </w:rPr>
        <w:t>[3] &gt; ... 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Отсортируем массив, разделим пополам и развернём обе половины. Заполним чётные позиции элементами из левой половины, нечётные — из правой. </w:t>
      </w:r>
      <w:r>
        <w:rPr>
          <w:rFonts w:cs="Times New Roman"/>
          <w:sz w:val="24"/>
          <w:szCs w:val="24"/>
        </w:rPr>
        <w:t xml:space="preserve">Это даёт требуемое чередование. </w:t>
      </w:r>
      <w:r>
        <w:rPr/>
        <w:t>(Время: O(n log n), Память: O(n))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wiggle_sort(nums):</w:t>
        <w:br/>
        <w:t xml:space="preserve">    nums.sort()</w:t>
        <w:br/>
        <w:t xml:space="preserve">    mid = (len(nums) + 1) // 2</w:t>
        <w:br/>
        <w:t xml:space="preserve">    left = nums[:mid][::-1]</w:t>
        <w:br/>
        <w:t xml:space="preserve">    right = nums[mid:][::-1]</w:t>
        <w:br/>
        <w:t xml:space="preserve">    nums[::2] = left</w:t>
        <w:br/>
        <w:t xml:space="preserve">    nums[1::2] = right</w:t>
        <w:br/>
        <w:br/>
        <w:t>if __name__ == "__main__":</w:t>
        <w:br/>
        <w:t xml:space="preserve">    nums = [1, 5, 1, 1, 6, 4]</w:t>
        <w:br/>
        <w:t xml:space="preserve">    wiggle_sort(nums)</w:t>
        <w:br/>
        <w:t xml:space="preserve">    print(nums)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073150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7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Алгоритмы поиска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Дана прямоугольная решётка символов и слово. Можно ходить по соседним клеткам по вертикали и горизонтали, клетку можно использовать не более одного раза. Нужно определить, существует ли путь, формирующий слово.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Используем поиск в глубину с возвратом. Запускаем </w:t>
      </w:r>
      <w:r>
        <w:rPr>
          <w:rFonts w:cs="Times New Roman"/>
          <w:sz w:val="24"/>
          <w:szCs w:val="24"/>
        </w:rPr>
        <w:t>DFS</w:t>
      </w:r>
      <w:r>
        <w:rPr>
          <w:rFonts w:cs="Times New Roman"/>
          <w:sz w:val="24"/>
          <w:szCs w:val="24"/>
          <w:lang w:val="ru-RU"/>
        </w:rPr>
        <w:t xml:space="preserve"> из каждой клетки, совпадающей с первой буквой, помечая клетки как посещённые на текущем пути. </w:t>
      </w:r>
      <w:r>
        <w:rPr/>
        <w:t>(Время: O(m·n·4^L), Память: O(L))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exist(board, word):</w:t>
        <w:br/>
        <w:t xml:space="preserve">    rows, cols = len(board), len(board[0])</w:t>
        <w:br/>
        <w:t xml:space="preserve">    visited = set()</w:t>
        <w:br/>
        <w:t xml:space="preserve">    def dfs(r, c, k):</w:t>
        <w:br/>
        <w:t xml:space="preserve">        if k == len(word):</w:t>
        <w:br/>
        <w:t xml:space="preserve">            return True</w:t>
        <w:br/>
        <w:t xml:space="preserve">        if r &lt; 0 or r &gt;= rows or c &lt; 0 or c &gt;= cols or (r, c) in visited or board[r][c] != word[k]:</w:t>
        <w:br/>
        <w:t xml:space="preserve">            return False</w:t>
        <w:br/>
        <w:t xml:space="preserve">        visited.add((r, c))</w:t>
        <w:br/>
        <w:t xml:space="preserve">        ok = dfs(r+1, c, k+1) or dfs(r-1, c, k+1) or dfs(r, c+1, k+1) or dfs(r, c-1, k+1)</w:t>
        <w:br/>
        <w:t xml:space="preserve">        visited.remove((r, c))</w:t>
        <w:br/>
        <w:t xml:space="preserve">        return ok</w:t>
        <w:br/>
        <w:t xml:space="preserve">    for r in range(rows):</w:t>
        <w:br/>
        <w:t xml:space="preserve">        for c in range(cols):</w:t>
        <w:br/>
        <w:t xml:space="preserve">            if dfs(r, c, 0):</w:t>
        <w:br/>
        <w:t xml:space="preserve">                return True</w:t>
        <w:br/>
        <w:t xml:space="preserve">    return False</w:t>
        <w:br/>
        <w:br/>
        <w:t>if __name__ == "__main__":</w:t>
        <w:br/>
        <w:t xml:space="preserve">    board = [['A','B','C','E'],['S','F','C','S'],['A','D','E','E']]</w:t>
        <w:br/>
        <w:t xml:space="preserve">    print(exist(board, "ABCCED"))</w:t>
        <w:br/>
        <w:t xml:space="preserve">    print(exist(board, "SEE"))</w:t>
        <w:br/>
        <w:t xml:space="preserve">    print(exist(board, "ABCB"))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696720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9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 массив, отсортированный по возрастанию и повёрнутый на неизвестный сдвиг, и значение </w:t>
      </w:r>
      <w:r>
        <w:rPr>
          <w:rFonts w:cs="Times New Roman"/>
          <w:sz w:val="24"/>
          <w:szCs w:val="24"/>
        </w:rPr>
        <w:t>target</w:t>
      </w:r>
      <w:r>
        <w:rPr>
          <w:rFonts w:cs="Times New Roman"/>
          <w:sz w:val="24"/>
          <w:szCs w:val="24"/>
          <w:lang w:val="ru-RU"/>
        </w:rPr>
        <w:t xml:space="preserve">. Найти индекс </w:t>
      </w:r>
      <w:r>
        <w:rPr>
          <w:rFonts w:cs="Times New Roman"/>
          <w:sz w:val="24"/>
          <w:szCs w:val="24"/>
        </w:rPr>
        <w:t>target</w:t>
      </w:r>
      <w:r>
        <w:rPr>
          <w:rFonts w:cs="Times New Roman"/>
          <w:sz w:val="24"/>
          <w:szCs w:val="24"/>
          <w:lang w:val="ru-RU"/>
        </w:rPr>
        <w:t xml:space="preserve"> за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log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), иначе вернуть -1.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Модифицируем бинарный поиск: на каждом шаге одна половина упорядочена. Проверяем, лежит ли </w:t>
      </w:r>
      <w:r>
        <w:rPr>
          <w:rFonts w:cs="Times New Roman"/>
          <w:sz w:val="24"/>
          <w:szCs w:val="24"/>
        </w:rPr>
        <w:t>target</w:t>
      </w:r>
      <w:r>
        <w:rPr>
          <w:rFonts w:cs="Times New Roman"/>
          <w:sz w:val="24"/>
          <w:szCs w:val="24"/>
          <w:lang w:val="ru-RU"/>
        </w:rPr>
        <w:t xml:space="preserve"> в упорядоченной половине, и сужаем поиск соответствующим образом. </w:t>
      </w:r>
      <w:r>
        <w:rPr/>
        <w:t>(Время: O(log n), Память: O(1))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search_rotated(nums, target):</w:t>
        <w:br/>
        <w:t xml:space="preserve">    l, r = 0, len(nums) - 1</w:t>
        <w:br/>
        <w:t xml:space="preserve">    while l &lt;= r:</w:t>
        <w:br/>
        <w:t xml:space="preserve">        m = (l + r) // 2</w:t>
        <w:br/>
        <w:t xml:space="preserve">        if nums[m] == target:</w:t>
        <w:br/>
        <w:t xml:space="preserve">            return m</w:t>
        <w:br/>
        <w:t xml:space="preserve">        if nums[m] &gt;= nums[l]:</w:t>
        <w:br/>
        <w:t xml:space="preserve">            if nums[l] &lt;= target &lt; nums[m]:</w:t>
        <w:br/>
        <w:t xml:space="preserve">                r = m - 1</w:t>
        <w:br/>
        <w:t xml:space="preserve">            else:</w:t>
        <w:br/>
        <w:t xml:space="preserve">                l = m + 1</w:t>
        <w:br/>
        <w:t xml:space="preserve">        else:</w:t>
        <w:br/>
        <w:t xml:space="preserve">            if nums[m] &lt; target &lt;= nums[r]:</w:t>
        <w:br/>
        <w:t xml:space="preserve">                l = m + 1</w:t>
        <w:br/>
        <w:t xml:space="preserve">            else:</w:t>
        <w:br/>
        <w:t xml:space="preserve">                r = m - 1</w:t>
        <w:br/>
        <w:t xml:space="preserve">    return -1</w:t>
        <w:br/>
        <w:br/>
        <w:t>if __name__ == "__main__":</w:t>
        <w:br/>
        <w:t xml:space="preserve">    print(search_rotated([4,5,6,7,0,1,2], 0))</w:t>
        <w:br/>
        <w:t xml:space="preserve">    print(search_rotated([4,5,6,7,0,1,2], 3))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315085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1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Дана матрица, где каждая строка отсортирована по возрастанию, а первый элемент строки строго больше последнего элемента предыдущей строки. Определить, содержит ли матрица </w:t>
      </w:r>
      <w:r>
        <w:rPr>
          <w:rFonts w:cs="Times New Roman"/>
          <w:sz w:val="24"/>
          <w:szCs w:val="24"/>
        </w:rPr>
        <w:t>target</w:t>
      </w:r>
      <w:r>
        <w:rPr>
          <w:rFonts w:cs="Times New Roman"/>
          <w:sz w:val="24"/>
          <w:szCs w:val="24"/>
          <w:lang w:val="ru-RU"/>
        </w:rPr>
        <w:t xml:space="preserve">, за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log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m</w:t>
      </w:r>
      <w:r>
        <w:rPr>
          <w:rFonts w:cs="Cambria Math" w:ascii="Cambria Math" w:hAnsi="Cambria Math"/>
          <w:sz w:val="24"/>
          <w:szCs w:val="24"/>
          <w:lang w:val="ru-RU"/>
        </w:rPr>
        <w:t>⋅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)).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Сначала бинарным поиском находим строку, в диапазон которой попадает </w:t>
      </w:r>
      <w:r>
        <w:rPr>
          <w:rFonts w:cs="Times New Roman"/>
          <w:sz w:val="24"/>
          <w:szCs w:val="24"/>
        </w:rPr>
        <w:t>target</w:t>
      </w:r>
      <w:r>
        <w:rPr>
          <w:rFonts w:cs="Times New Roman"/>
          <w:sz w:val="24"/>
          <w:szCs w:val="24"/>
          <w:lang w:val="ru-RU"/>
        </w:rPr>
        <w:t xml:space="preserve">, затем выполняем бинарный поиск по этой строке. </w:t>
      </w:r>
      <w:r>
        <w:rPr/>
        <w:t>(Время: O(log(m·n)), Память: O(1))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search_matrix(matrix, target):</w:t>
        <w:br/>
        <w:t xml:space="preserve">    if not matrix or not matrix[0]:</w:t>
        <w:br/>
        <w:t xml:space="preserve">        return False</w:t>
        <w:br/>
        <w:t xml:space="preserve">    top, bot = 0, len(matrix) - 1</w:t>
        <w:br/>
        <w:t xml:space="preserve">    while top &lt;= bot:</w:t>
        <w:br/>
        <w:t xml:space="preserve">        mid = (top + bot) // 2</w:t>
        <w:br/>
        <w:t xml:space="preserve">        if matrix[mid][0] &lt;= target &lt;= matrix[mid][-1]:</w:t>
        <w:br/>
        <w:t xml:space="preserve">            row = mid</w:t>
        <w:br/>
        <w:t xml:space="preserve">            break</w:t>
        <w:br/>
        <w:t xml:space="preserve">        if target &lt; matrix[mid][0]:</w:t>
        <w:br/>
        <w:t xml:space="preserve">            bot = mid - 1</w:t>
        <w:br/>
        <w:t xml:space="preserve">        else:</w:t>
        <w:br/>
        <w:t xml:space="preserve">            top = mid + 1</w:t>
        <w:br/>
        <w:t xml:space="preserve">    else:</w:t>
        <w:br/>
        <w:t xml:space="preserve">        return False</w:t>
        <w:br/>
        <w:t xml:space="preserve">    l, r = 0, len(matrix[row]) - 1</w:t>
        <w:br/>
        <w:t xml:space="preserve">    while l &lt;= r:</w:t>
        <w:br/>
        <w:t xml:space="preserve">        m = (l + r) // 2</w:t>
        <w:br/>
        <w:t xml:space="preserve">        if matrix[row][m] == target:</w:t>
        <w:br/>
        <w:t xml:space="preserve">            return True</w:t>
        <w:br/>
        <w:t xml:space="preserve">        if matrix[row][m] &lt; target:</w:t>
        <w:br/>
        <w:t xml:space="preserve">            l = m + 1</w:t>
        <w:br/>
        <w:t xml:space="preserve">        else:</w:t>
        <w:br/>
        <w:t xml:space="preserve">            r = m - 1</w:t>
        <w:br/>
        <w:t xml:space="preserve">    return False</w:t>
        <w:br/>
        <w:br/>
        <w:t>if __name__ == "__main__":</w:t>
        <w:br/>
        <w:t xml:space="preserve">    matrix = [[1,3,5,7],[10,11,16,20],[23,30,34,60]]</w:t>
        <w:br/>
        <w:t xml:space="preserve">    print(search_matrix(matrix, 3))</w:t>
        <w:br/>
        <w:t xml:space="preserve">    print(search_matrix(matrix, 13))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362075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Хэширование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Реализовать кэш </w:t>
      </w:r>
      <w:r>
        <w:rPr>
          <w:rFonts w:cs="Times New Roman"/>
          <w:sz w:val="24"/>
          <w:szCs w:val="24"/>
        </w:rPr>
        <w:t>LRU</w:t>
      </w:r>
      <w:r>
        <w:rPr>
          <w:rFonts w:cs="Times New Roman"/>
          <w:sz w:val="24"/>
          <w:szCs w:val="24"/>
          <w:lang w:val="ru-RU"/>
        </w:rPr>
        <w:t xml:space="preserve"> с операциями </w:t>
      </w:r>
      <w:r>
        <w:rPr>
          <w:rFonts w:cs="Times New Roman"/>
          <w:sz w:val="24"/>
          <w:szCs w:val="24"/>
        </w:rPr>
        <w:t>get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key</w:t>
      </w:r>
      <w:r>
        <w:rPr>
          <w:rFonts w:cs="Times New Roman"/>
          <w:sz w:val="24"/>
          <w:szCs w:val="24"/>
          <w:lang w:val="ru-RU"/>
        </w:rPr>
        <w:t xml:space="preserve">) и </w:t>
      </w:r>
      <w:r>
        <w:rPr>
          <w:rFonts w:cs="Times New Roman"/>
          <w:sz w:val="24"/>
          <w:szCs w:val="24"/>
        </w:rPr>
        <w:t>put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key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value</w:t>
      </w:r>
      <w:r>
        <w:rPr>
          <w:rFonts w:cs="Times New Roman"/>
          <w:sz w:val="24"/>
          <w:szCs w:val="24"/>
          <w:lang w:val="ru-RU"/>
        </w:rPr>
        <w:t xml:space="preserve">) за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(1). При переполнении удаляется элемент, который дольше всех не использовался.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Используем хэш-таблицу для доступа по ключу и двусвязный список для поддержания порядка использования. Операции </w:t>
      </w:r>
      <w:r>
        <w:rPr>
          <w:rFonts w:cs="Times New Roman"/>
          <w:sz w:val="24"/>
          <w:szCs w:val="24"/>
        </w:rPr>
        <w:t>get</w:t>
      </w:r>
      <w:r>
        <w:rPr>
          <w:rFonts w:cs="Times New Roman"/>
          <w:sz w:val="24"/>
          <w:szCs w:val="24"/>
          <w:lang w:val="ru-RU"/>
        </w:rPr>
        <w:t>/</w:t>
      </w:r>
      <w:r>
        <w:rPr>
          <w:rFonts w:cs="Times New Roman"/>
          <w:sz w:val="24"/>
          <w:szCs w:val="24"/>
        </w:rPr>
        <w:t>put</w:t>
      </w:r>
      <w:r>
        <w:rPr>
          <w:rFonts w:cs="Times New Roman"/>
          <w:sz w:val="24"/>
          <w:szCs w:val="24"/>
          <w:lang w:val="ru-RU"/>
        </w:rPr>
        <w:t xml:space="preserve"> перемещают узел в конец списка. При превышении вместимости удаляется головной узел. </w:t>
      </w:r>
      <w:r>
        <w:rPr/>
        <w:t>(Время: O(1), Память: O(capacity))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class Node:</w:t>
        <w:br/>
        <w:t xml:space="preserve">    def __init__(self, key, val):</w:t>
        <w:br/>
        <w:t xml:space="preserve">        self.key = key</w:t>
        <w:br/>
        <w:t xml:space="preserve">        self.val = val</w:t>
        <w:br/>
        <w:t xml:space="preserve">        self.prev = None</w:t>
        <w:br/>
        <w:t xml:space="preserve">        self.next = None</w:t>
        <w:br/>
        <w:br/>
        <w:t>class LRUCache:</w:t>
        <w:br/>
        <w:t xml:space="preserve">    def __init__(self, capacity: int):</w:t>
        <w:br/>
        <w:t xml:space="preserve">        self.cap = capacity</w:t>
        <w:br/>
        <w:t xml:space="preserve">        self.cache = {}</w:t>
        <w:br/>
        <w:t xml:space="preserve">        self.left = Node(0, 0)</w:t>
        <w:br/>
        <w:t xml:space="preserve">        self.right = Node(0, 0)</w:t>
        <w:br/>
        <w:t xml:space="preserve">        self.left.next = self.right</w:t>
        <w:br/>
        <w:t xml:space="preserve">        self.right.prev = self.left</w:t>
        <w:br/>
        <w:br/>
        <w:t xml:space="preserve">    def remove(self, node):</w:t>
        <w:br/>
        <w:t xml:space="preserve">        p, n = node.prev, node.next</w:t>
        <w:br/>
        <w:t xml:space="preserve">        p.next = n</w:t>
        <w:br/>
        <w:t xml:space="preserve">        n.prev = p</w:t>
        <w:br/>
        <w:br/>
        <w:t xml:space="preserve">    def insert(self, node):</w:t>
        <w:br/>
        <w:t xml:space="preserve">        p, n = self.right.prev, self.right</w:t>
        <w:br/>
        <w:t xml:space="preserve">        p.next = node</w:t>
        <w:br/>
        <w:t xml:space="preserve">        node.prev = p</w:t>
        <w:br/>
        <w:t xml:space="preserve">        node.next = n</w:t>
        <w:br/>
        <w:t xml:space="preserve">        n.prev = node</w:t>
        <w:br/>
        <w:br/>
        <w:t xml:space="preserve">    def get(self, key: int) -&gt; int:</w:t>
        <w:br/>
        <w:t xml:space="preserve">        if key not in self.cache:</w:t>
        <w:br/>
        <w:t xml:space="preserve">            return -1</w:t>
        <w:br/>
        <w:t xml:space="preserve">        node = self.cache[key]</w:t>
        <w:br/>
        <w:t xml:space="preserve">        self.remove(node)</w:t>
        <w:br/>
        <w:t xml:space="preserve">        self.insert(node)</w:t>
        <w:br/>
        <w:t xml:space="preserve">        return node.val</w:t>
        <w:br/>
        <w:br/>
        <w:t xml:space="preserve">    def put(self, key: int, value: int) -&gt; None:</w:t>
        <w:br/>
        <w:t xml:space="preserve">        if key in self.cache:</w:t>
        <w:br/>
        <w:t xml:space="preserve">            self.remove(self.cache[key])</w:t>
        <w:br/>
        <w:t xml:space="preserve">        node = Node(key, value)</w:t>
        <w:br/>
        <w:t xml:space="preserve">        self.cache[key] = node</w:t>
        <w:br/>
        <w:t xml:space="preserve">        self.insert(node)</w:t>
        <w:br/>
        <w:t xml:space="preserve">        if len(self.cache) &gt; self.cap:</w:t>
        <w:br/>
        <w:t xml:space="preserve">            lru = self.left.next</w:t>
        <w:br/>
        <w:t xml:space="preserve">            self.remove(lru)</w:t>
        <w:br/>
        <w:t xml:space="preserve">            del self.cache[lru.key]</w:t>
        <w:br/>
        <w:br/>
        <w:t>if __name__ == "__main__":</w:t>
        <w:br/>
        <w:t xml:space="preserve">    lru = LRUCache(2)</w:t>
        <w:br/>
        <w:t xml:space="preserve">    lru.put(1, 1)</w:t>
        <w:br/>
        <w:t xml:space="preserve">    lru.put(2, 2)</w:t>
        <w:br/>
        <w:t xml:space="preserve">    print(lru.get(1))</w:t>
        <w:br/>
        <w:t xml:space="preserve">    lru.put(3, 3)</w:t>
        <w:br/>
        <w:t xml:space="preserve">    print(lru.get(2))</w:t>
        <w:br/>
        <w:t xml:space="preserve">    lru.put(4, 4)</w:t>
        <w:br/>
        <w:t xml:space="preserve">    print(lru.get(1))</w:t>
        <w:br/>
        <w:t xml:space="preserve">    print(lru.get(3))</w:t>
        <w:br/>
        <w:t xml:space="preserve">    print(lru.get(4))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91150" cy="2419350"/>
            <wp:effectExtent l="0" t="0" r="0" b="0"/>
            <wp:wrapSquare wrapText="largest"/>
            <wp:docPr id="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41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Реализовать префиксное дерево с операциями </w:t>
      </w:r>
      <w:r>
        <w:rPr>
          <w:rFonts w:cs="Times New Roman"/>
          <w:sz w:val="24"/>
          <w:szCs w:val="24"/>
        </w:rPr>
        <w:t>insert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word</w:t>
      </w:r>
      <w:r>
        <w:rPr>
          <w:rFonts w:cs="Times New Roman"/>
          <w:sz w:val="24"/>
          <w:szCs w:val="24"/>
          <w:lang w:val="ru-RU"/>
        </w:rPr>
        <w:t xml:space="preserve">), </w:t>
      </w:r>
      <w:r>
        <w:rPr>
          <w:rFonts w:cs="Times New Roman"/>
          <w:sz w:val="24"/>
          <w:szCs w:val="24"/>
        </w:rPr>
        <w:t>search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word</w:t>
      </w:r>
      <w:r>
        <w:rPr>
          <w:rFonts w:cs="Times New Roman"/>
          <w:sz w:val="24"/>
          <w:szCs w:val="24"/>
          <w:lang w:val="ru-RU"/>
        </w:rPr>
        <w:t xml:space="preserve">), </w:t>
      </w:r>
      <w:r>
        <w:rPr>
          <w:rFonts w:cs="Times New Roman"/>
          <w:sz w:val="24"/>
          <w:szCs w:val="24"/>
        </w:rPr>
        <w:t>startsWith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prefix</w:t>
      </w:r>
      <w:r>
        <w:rPr>
          <w:rFonts w:cs="Times New Roman"/>
          <w:sz w:val="24"/>
          <w:szCs w:val="24"/>
          <w:lang w:val="ru-RU"/>
        </w:rPr>
        <w:t>).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В каждой вершине хранится словарь переходов и флаг конца слова. Вставка и поиск выполняются по символам. </w:t>
      </w:r>
      <w:r>
        <w:rPr/>
        <w:t>(Время: O(L), Память: O(Σ·L))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class TrieNode:</w:t>
        <w:br/>
        <w:t xml:space="preserve">    def __init__(self):</w:t>
        <w:br/>
        <w:t xml:space="preserve">        self.children = {}</w:t>
        <w:br/>
        <w:t xml:space="preserve">        self.is_end = False</w:t>
        <w:br/>
        <w:br/>
        <w:t>class Trie:</w:t>
        <w:br/>
        <w:t xml:space="preserve">    def __init__(self):</w:t>
        <w:br/>
        <w:t xml:space="preserve">        self.root = TrieNode()</w:t>
        <w:br/>
        <w:br/>
        <w:t xml:space="preserve">    def insert(self, word):</w:t>
        <w:br/>
        <w:t xml:space="preserve">        node = self.root</w:t>
        <w:br/>
        <w:t xml:space="preserve">        for ch in word:</w:t>
        <w:br/>
        <w:t xml:space="preserve">            if ch not in node.children:</w:t>
        <w:br/>
        <w:t xml:space="preserve">                node.children[ch] = TrieNode()</w:t>
        <w:br/>
        <w:t xml:space="preserve">            node = node.children[ch]</w:t>
        <w:br/>
        <w:t xml:space="preserve">        node.is_end = True</w:t>
        <w:br/>
        <w:br/>
        <w:t xml:space="preserve">    def search(self, word):</w:t>
        <w:br/>
        <w:t xml:space="preserve">        node = self.root</w:t>
        <w:br/>
        <w:t xml:space="preserve">        for ch in word:</w:t>
        <w:br/>
        <w:t xml:space="preserve">            if ch not in node.children:</w:t>
        <w:br/>
        <w:t xml:space="preserve">                return False</w:t>
        <w:br/>
        <w:t xml:space="preserve">            node = node.children[ch]</w:t>
        <w:br/>
        <w:t xml:space="preserve">        return node.is_end</w:t>
        <w:br/>
        <w:br/>
        <w:t xml:space="preserve">    def startsWith(self, prefix):</w:t>
        <w:br/>
        <w:t xml:space="preserve">        node = self.root</w:t>
        <w:br/>
        <w:t xml:space="preserve">        for ch in prefix:</w:t>
        <w:br/>
        <w:t xml:space="preserve">            if ch not in node.children:</w:t>
        <w:br/>
        <w:t xml:space="preserve">                return False</w:t>
        <w:br/>
        <w:t xml:space="preserve">            node = node.children[ch]</w:t>
        <w:br/>
        <w:t xml:space="preserve">        return True</w:t>
        <w:br/>
        <w:br/>
        <w:t>if __name__ == "__main__":</w:t>
        <w:br/>
        <w:t xml:space="preserve">    t = Trie()</w:t>
        <w:br/>
        <w:t xml:space="preserve">    t.insert("apple")</w:t>
        <w:br/>
        <w:t xml:space="preserve">    print(t.search("apple"))</w:t>
        <w:br/>
        <w:t xml:space="preserve">    print(t.search("app"))</w:t>
        <w:br/>
        <w:t xml:space="preserve">    print(t.startsWith("app"))</w:t>
        <w:br/>
        <w:t xml:space="preserve">    t.insert("app")</w:t>
        <w:br/>
        <w:t xml:space="preserve">    print(t.search("app"))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57825" cy="2085975"/>
            <wp:effectExtent l="0" t="0" r="0" b="0"/>
            <wp:wrapSquare wrapText="largest"/>
            <wp:docPr id="8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208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Спроектировать мини</w:t>
        <w:noBreakHyphen/>
      </w:r>
      <w:r>
        <w:rPr>
          <w:rFonts w:cs="Times New Roman"/>
          <w:sz w:val="24"/>
          <w:szCs w:val="24"/>
        </w:rPr>
        <w:t>Twitter</w:t>
      </w:r>
      <w:r>
        <w:rPr>
          <w:rFonts w:cs="Times New Roman"/>
          <w:sz w:val="24"/>
          <w:szCs w:val="24"/>
          <w:lang w:val="ru-RU"/>
        </w:rPr>
        <w:t xml:space="preserve">: </w:t>
      </w:r>
      <w:r>
        <w:rPr>
          <w:rFonts w:cs="Times New Roman"/>
          <w:sz w:val="24"/>
          <w:szCs w:val="24"/>
        </w:rPr>
        <w:t>postTweet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userId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tweetId</w:t>
      </w:r>
      <w:r>
        <w:rPr>
          <w:rFonts w:cs="Times New Roman"/>
          <w:sz w:val="24"/>
          <w:szCs w:val="24"/>
          <w:lang w:val="ru-RU"/>
        </w:rPr>
        <w:t xml:space="preserve">), </w:t>
      </w:r>
      <w:r>
        <w:rPr>
          <w:rFonts w:cs="Times New Roman"/>
          <w:sz w:val="24"/>
          <w:szCs w:val="24"/>
        </w:rPr>
        <w:t>getNewsFeed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userId</w:t>
      </w:r>
      <w:r>
        <w:rPr>
          <w:rFonts w:cs="Times New Roman"/>
          <w:sz w:val="24"/>
          <w:szCs w:val="24"/>
          <w:lang w:val="ru-RU"/>
        </w:rPr>
        <w:t xml:space="preserve">) возвращает до 10 последних твитов пользователя и тех, на кого он подписан, </w:t>
      </w:r>
      <w:r>
        <w:rPr>
          <w:rFonts w:cs="Times New Roman"/>
          <w:sz w:val="24"/>
          <w:szCs w:val="24"/>
        </w:rPr>
        <w:t>follow</w:t>
      </w:r>
      <w:r>
        <w:rPr>
          <w:rFonts w:cs="Times New Roman"/>
          <w:sz w:val="24"/>
          <w:szCs w:val="24"/>
          <w:lang w:val="ru-RU"/>
        </w:rPr>
        <w:t>/</w:t>
      </w:r>
      <w:r>
        <w:rPr>
          <w:rFonts w:cs="Times New Roman"/>
          <w:sz w:val="24"/>
          <w:szCs w:val="24"/>
        </w:rPr>
        <w:t>unfollow</w:t>
      </w:r>
      <w:r>
        <w:rPr>
          <w:rFonts w:cs="Times New Roman"/>
          <w:sz w:val="24"/>
          <w:szCs w:val="24"/>
          <w:lang w:val="ru-RU"/>
        </w:rPr>
        <w:t>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Храним списки твитов на пользователя с убывающими временными метками и множество подписок. Ленту формируем с помощью кучи по меткам, извлекая до 10 самых новых. </w:t>
      </w:r>
      <w:r>
        <w:rPr/>
        <w:t>(Время: O((F+1) log F), Память: O(T+F))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import heapq</w:t>
        <w:br/>
        <w:br/>
        <w:t>class Twitter:</w:t>
        <w:br/>
        <w:t xml:space="preserve">    def __init__(self):</w:t>
        <w:br/>
        <w:t xml:space="preserve">        self.time = 0</w:t>
        <w:br/>
        <w:t xml:space="preserve">        self.tweets = {}</w:t>
        <w:br/>
        <w:t xml:space="preserve">        self.follows = {}</w:t>
        <w:br/>
        <w:br/>
        <w:t xml:space="preserve">    def postTweet(self, userId, tweetId):</w:t>
        <w:br/>
        <w:t xml:space="preserve">        self.time += 1</w:t>
        <w:br/>
        <w:t xml:space="preserve">        if userId not in self.tweets:</w:t>
        <w:br/>
        <w:t xml:space="preserve">            self.tweets[userId] = []</w:t>
        <w:br/>
        <w:t xml:space="preserve">        self.tweets[userId].append((-self.time, tweetId))</w:t>
        <w:br/>
        <w:br/>
        <w:t xml:space="preserve">    def getNewsFeed(self, userId):</w:t>
        <w:br/>
        <w:t xml:space="preserve">        heap = []</w:t>
        <w:br/>
        <w:t xml:space="preserve">        if userId in self.tweets:</w:t>
        <w:br/>
        <w:t xml:space="preserve">            heap.extend(self.tweets[userId][-10:])</w:t>
        <w:br/>
        <w:t xml:space="preserve">        if userId in self.follows:</w:t>
        <w:br/>
        <w:t xml:space="preserve">            for v in self.follows[userId]:</w:t>
        <w:br/>
        <w:t xml:space="preserve">                if v in self.tweets:</w:t>
        <w:br/>
        <w:t xml:space="preserve">                    heap.extend(self.tweets[v][-10:])</w:t>
        <w:br/>
        <w:t xml:space="preserve">        heapq.heapify(heap)</w:t>
        <w:br/>
        <w:t xml:space="preserve">        res = []</w:t>
        <w:br/>
        <w:t xml:space="preserve">        while heap and len(res) &lt; 10:</w:t>
        <w:br/>
        <w:t xml:space="preserve">            res.append(heapq.heappop(heap)[1])</w:t>
        <w:br/>
        <w:t xml:space="preserve">        return res</w:t>
        <w:br/>
        <w:br/>
        <w:t xml:space="preserve">    def follow(self, followerId, followeeId):</w:t>
        <w:br/>
        <w:t xml:space="preserve">        if followerId == followeeId:</w:t>
        <w:br/>
        <w:t xml:space="preserve">            return</w:t>
        <w:br/>
        <w:t xml:space="preserve">        if followerId not in self.follows:</w:t>
        <w:br/>
        <w:t xml:space="preserve">            self.follows[followerId] = set()</w:t>
        <w:br/>
        <w:t xml:space="preserve">        self.follows[followerId].add(followeeId)</w:t>
        <w:br/>
        <w:br/>
        <w:t xml:space="preserve">    def unfollow(self, followerId, followeeId):</w:t>
        <w:br/>
        <w:t xml:space="preserve">        if followerId in self.follows and followeeId in self.follows[followerId]:</w:t>
        <w:br/>
        <w:t xml:space="preserve">            self.follows[followerId].remove(followeeId)</w:t>
        <w:br/>
        <w:br/>
        <w:t>if __name__ == "__main__":</w:t>
        <w:br/>
        <w:t xml:space="preserve">    tw = Twitter()</w:t>
        <w:br/>
        <w:t xml:space="preserve">    tw.postTweet(1, 5)</w:t>
        <w:br/>
        <w:t xml:space="preserve">    print(tw.getNewsFeed(1))</w:t>
        <w:br/>
        <w:t xml:space="preserve">    tw.follow(1, 2)</w:t>
        <w:br/>
        <w:t xml:space="preserve">    tw.postTweet(2, 6)</w:t>
        <w:br/>
        <w:t xml:space="preserve">    print(tw.getNewsFeed(1))</w:t>
        <w:br/>
        <w:t xml:space="preserve">    tw.unfollow(1, 2)</w:t>
        <w:br/>
        <w:t xml:space="preserve">    print(tw.getNewsFeed(1))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24475" cy="1743075"/>
            <wp:effectExtent l="0" t="0" r="0" b="0"/>
            <wp:wrapSquare wrapText="largest"/>
            <wp:docPr id="9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Жадные алгоритмы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Даны цены на товар по дням. Можно совершать любые сделки покупки и продажи, но одновременно держать не более одной позиции. Найти максимальную прибыль.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Жадный принцип: суммируем все положительные приращения цен между соседними днями. Это эквивалентно разбиению на локальные минимумы и максимумы и даёт оптимум при множественных сделках. </w:t>
      </w:r>
      <w:r>
        <w:rPr/>
        <w:t>(Время: O(n), Память: O(1))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max_profit(prices):</w:t>
        <w:br/>
        <w:t xml:space="preserve">    profit = 0</w:t>
        <w:br/>
        <w:t xml:space="preserve">    for i in range(1, len(prices)):</w:t>
        <w:br/>
        <w:t xml:space="preserve">        if prices[i] &gt; prices[i-1]:</w:t>
        <w:br/>
        <w:t xml:space="preserve">            profit += prices[i] - prices[i-1]</w:t>
        <w:br/>
        <w:t xml:space="preserve">    return profit</w:t>
        <w:br/>
        <w:br/>
        <w:t>if __name__ == "__main__":</w:t>
        <w:br/>
        <w:t xml:space="preserve">    print(max_profit([7,1,5,3,6,4]))</w:t>
        <w:br/>
        <w:t xml:space="preserve">    print(max_profit([1,2,3,4,5]))</w:t>
        <w:br/>
        <w:t xml:space="preserve">    print(max_profit([7,6,4,3,1]))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656080"/>
            <wp:effectExtent l="0" t="0" r="0" b="0"/>
            <wp:wrapSquare wrapText="largest"/>
            <wp:docPr id="10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5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Заданы массивы </w:t>
      </w:r>
      <w:r>
        <w:rPr>
          <w:rFonts w:cs="Times New Roman"/>
          <w:sz w:val="24"/>
          <w:szCs w:val="24"/>
        </w:rPr>
        <w:t>gas</w:t>
      </w:r>
      <w:r>
        <w:rPr>
          <w:rFonts w:cs="Times New Roman"/>
          <w:sz w:val="24"/>
          <w:szCs w:val="24"/>
          <w:lang w:val="ru-RU"/>
        </w:rPr>
        <w:t xml:space="preserve"> и </w:t>
      </w:r>
      <w:r>
        <w:rPr>
          <w:rFonts w:cs="Times New Roman"/>
          <w:sz w:val="24"/>
          <w:szCs w:val="24"/>
        </w:rPr>
        <w:t>cost</w:t>
      </w:r>
      <w:r>
        <w:rPr>
          <w:rFonts w:cs="Times New Roman"/>
          <w:sz w:val="24"/>
          <w:szCs w:val="24"/>
          <w:lang w:val="ru-RU"/>
        </w:rPr>
        <w:t xml:space="preserve"> для кольцевого маршрута заправок. Нужно определить индекс заправки, с которой можно объехать круг, или -1, если это невозможно.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Если сумма </w:t>
      </w:r>
      <w:r>
        <w:rPr>
          <w:rFonts w:cs="Times New Roman"/>
          <w:sz w:val="24"/>
          <w:szCs w:val="24"/>
        </w:rPr>
        <w:t>gas</w:t>
      </w:r>
      <w:r>
        <w:rPr>
          <w:rFonts w:cs="Times New Roman"/>
          <w:sz w:val="24"/>
          <w:szCs w:val="24"/>
          <w:lang w:val="ru-RU"/>
        </w:rPr>
        <w:t xml:space="preserve"> меньше суммы </w:t>
      </w:r>
      <w:r>
        <w:rPr>
          <w:rFonts w:cs="Times New Roman"/>
          <w:sz w:val="24"/>
          <w:szCs w:val="24"/>
        </w:rPr>
        <w:t>cost</w:t>
      </w:r>
      <w:r>
        <w:rPr>
          <w:rFonts w:cs="Times New Roman"/>
          <w:sz w:val="24"/>
          <w:szCs w:val="24"/>
          <w:lang w:val="ru-RU"/>
        </w:rPr>
        <w:t xml:space="preserve">, решения нет. Иначе идём по станциям, поддерживая текущий баланс; когда баланс падает ниже нуля, переносим старт на следующую станцию. </w:t>
      </w:r>
      <w:r>
        <w:rPr>
          <w:rFonts w:cs="Times New Roman"/>
          <w:sz w:val="24"/>
          <w:szCs w:val="24"/>
        </w:rPr>
        <w:t xml:space="preserve">В конце текущий старт — ответ. </w:t>
      </w:r>
      <w:r>
        <w:rPr/>
        <w:t>(Время: O(n), Память: O(1))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can_complete_circuit(gas, cost):</w:t>
        <w:br/>
        <w:t xml:space="preserve">    if sum(gas) &lt; sum(cost):</w:t>
        <w:br/>
        <w:t xml:space="preserve">        return -1</w:t>
        <w:br/>
        <w:t xml:space="preserve">    start = 0</w:t>
        <w:br/>
        <w:t xml:space="preserve">    bal = 0</w:t>
        <w:br/>
        <w:t xml:space="preserve">    for i in range(len(gas)):</w:t>
        <w:br/>
        <w:t xml:space="preserve">        bal += gas[i] - cost[i]</w:t>
        <w:br/>
        <w:t xml:space="preserve">        if bal &lt; 0:</w:t>
        <w:br/>
        <w:t xml:space="preserve">            start = i + 1</w:t>
        <w:br/>
        <w:t xml:space="preserve">            bal = 0</w:t>
        <w:br/>
        <w:t xml:space="preserve">    return start</w:t>
        <w:br/>
        <w:br/>
        <w:t>if __name__ == "__main__":</w:t>
        <w:br/>
        <w:t xml:space="preserve">    print(can_complete_circuit([1,2,3,4,5], [3,4,5,1,2]))</w:t>
        <w:br/>
        <w:t xml:space="preserve">    print(can_complete_circuit([2,3,4], [3,4,3]))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314450"/>
            <wp:effectExtent l="0" t="0" r="0" b="0"/>
            <wp:wrapSquare wrapText="largest"/>
            <wp:docPr id="11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Дан массив неотрицательных целых чисел. Требуется упорядочить их так, чтобы при конкатенации получить максимально возможное число. Вернуть результат строкой.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Жадный критерий сравнения: для двух строк 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  <w:lang w:val="ru-RU"/>
        </w:rPr>
        <w:t xml:space="preserve"> и </w:t>
      </w:r>
      <w:r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  <w:lang w:val="ru-RU"/>
        </w:rPr>
        <w:t xml:space="preserve"> выбрать порядок по сравнению </w:t>
      </w:r>
      <w:r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  <w:lang w:val="ru-RU"/>
        </w:rPr>
        <w:t>+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  <w:lang w:val="ru-RU"/>
        </w:rPr>
        <w:t xml:space="preserve"> и 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  <w:lang w:val="ru-RU"/>
        </w:rPr>
        <w:t>+</w:t>
      </w:r>
      <w:r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  <w:lang w:val="ru-RU"/>
        </w:rPr>
        <w:t xml:space="preserve">. Сортируем по этому правилу и склеиваем. </w:t>
      </w:r>
      <w:r>
        <w:rPr>
          <w:rFonts w:cs="Times New Roman"/>
          <w:sz w:val="24"/>
          <w:szCs w:val="24"/>
        </w:rPr>
        <w:t xml:space="preserve">Если первый символ результата '0', ответ — '0'. </w:t>
      </w:r>
      <w:r>
        <w:rPr/>
        <w:t>(Время: O(n log n), Память: O(n))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from functools import cmp_to_key</w:t>
        <w:br/>
        <w:br/>
        <w:t>def largest_number(nums):</w:t>
        <w:br/>
        <w:t xml:space="preserve">    arr = list(map(str, nums))</w:t>
        <w:br/>
        <w:t xml:space="preserve">    def cmp(a, b):</w:t>
        <w:br/>
        <w:t xml:space="preserve">        if a+b &lt; b+a:</w:t>
        <w:br/>
        <w:t xml:space="preserve">            return 1</w:t>
        <w:br/>
        <w:t xml:space="preserve">        if a+b &gt; b+a:</w:t>
        <w:br/>
        <w:t xml:space="preserve">            return -1</w:t>
        <w:br/>
        <w:t xml:space="preserve">        return 0</w:t>
        <w:br/>
        <w:t xml:space="preserve">    arr.sort(key=cmp_to_key(cmp))</w:t>
        <w:br/>
        <w:t xml:space="preserve">    res = ''.join(arr)</w:t>
        <w:br/>
        <w:t xml:space="preserve">    return '0' if res[0] == '0' else res</w:t>
        <w:br/>
        <w:br/>
        <w:t>if __name__ == "__main__":</w:t>
        <w:br/>
        <w:t xml:space="preserve">    print(largest_number([10, 2]))</w:t>
        <w:br/>
        <w:t xml:space="preserve">    print(largest_number([3,30,34,5,9]))</w:t>
        <w:br/>
        <w:t xml:space="preserve">    print(largest_number([0,0]))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486400" cy="1724025"/>
            <wp:effectExtent l="0" t="0" r="0" b="0"/>
            <wp:wrapSquare wrapText="largest"/>
            <wp:docPr id="12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24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Динамическое программирование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Дана строка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 xml:space="preserve"> без пробелов и словарь </w:t>
      </w:r>
      <w:r>
        <w:rPr>
          <w:rFonts w:cs="Times New Roman"/>
          <w:sz w:val="24"/>
          <w:szCs w:val="24"/>
        </w:rPr>
        <w:t>wordDict</w:t>
      </w:r>
      <w:r>
        <w:rPr>
          <w:rFonts w:cs="Times New Roman"/>
          <w:sz w:val="24"/>
          <w:szCs w:val="24"/>
          <w:lang w:val="ru-RU"/>
        </w:rPr>
        <w:t xml:space="preserve">. Нужно определить, можно ли разбить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 xml:space="preserve"> на последовательность слов из словаря (слова можно использовать многократно).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Пусть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 — истина, если префикс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>[: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 разбивается на слова из словаря. Для каждого 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 перебираем слова 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 и проверяем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−</w:t>
      </w:r>
      <w:r>
        <w:rPr>
          <w:rFonts w:cs="Times New Roman"/>
          <w:sz w:val="24"/>
          <w:szCs w:val="24"/>
        </w:rPr>
        <w:t>len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)] и совпадение 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−</w:t>
      </w:r>
      <w:r>
        <w:rPr>
          <w:rFonts w:cs="Times New Roman"/>
          <w:sz w:val="24"/>
          <w:szCs w:val="24"/>
        </w:rPr>
        <w:t>len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>):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 с 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. Ответ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len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  <w:lang w:val="ru-RU"/>
        </w:rPr>
        <w:t xml:space="preserve">)]. </w:t>
      </w:r>
      <w:r>
        <w:rPr/>
        <w:t>(Время: O(N·M·L), Память: O(N))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drawing>
          <wp:anchor behindDoc="1" distT="0" distB="0" distL="0" distR="0" simplePos="0" locked="0" layoutInCell="0" allowOverlap="1" relativeHeight="2">
            <wp:simplePos x="0" y="0"/>
            <wp:positionH relativeFrom="column">
              <wp:posOffset>844550</wp:posOffset>
            </wp:positionH>
            <wp:positionV relativeFrom="paragraph">
              <wp:posOffset>3563620</wp:posOffset>
            </wp:positionV>
            <wp:extent cx="3994150" cy="1089660"/>
            <wp:effectExtent l="0" t="0" r="0" b="0"/>
            <wp:wrapTopAndBottom/>
            <wp:docPr id="13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108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</w:rPr>
        <w:t>def word_break(s, wordDict):</w:t>
        <w:br/>
        <w:t xml:space="preserve">    dp = [True] + [False] * len(s)</w:t>
        <w:br/>
        <w:t xml:space="preserve">    for i in range(1, len(s) + 1):</w:t>
        <w:br/>
        <w:t xml:space="preserve">        for w in wordDict:</w:t>
        <w:br/>
        <w:t xml:space="preserve">            j = i - len(w)</w:t>
        <w:br/>
        <w:t xml:space="preserve">            if j &gt;= 0 and dp[j] and s[j:i] == w:</w:t>
        <w:br/>
        <w:t xml:space="preserve">                dp[i] = True</w:t>
        <w:br/>
        <w:t xml:space="preserve">                break</w:t>
        <w:br/>
        <w:t xml:space="preserve">    return dp[-1]</w:t>
        <w:br/>
        <w:br/>
        <w:t>if __name__ == "__main__":</w:t>
        <w:br/>
        <w:t xml:space="preserve">    print(word_break("applepenapple", ["apple", "pen"]))</w:t>
        <w:br/>
        <w:t xml:space="preserve">    print(word_break("catsandog", ["cats","dog","sand","and","cat"]))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Задано число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. Скрытое число в диапазоне [1..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]. За неверную попытку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 платим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 монет. Нужно вычислить минимальную сумму монет, гарантирующую угадывание в худшем случае.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>] — минимальная стоимость угадывания числа в 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..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]. Для опорной точки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 стоимость равна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 + </w:t>
      </w:r>
      <w:r>
        <w:rPr>
          <w:rFonts w:cs="Times New Roman"/>
          <w:sz w:val="24"/>
          <w:szCs w:val="24"/>
        </w:rPr>
        <w:t>max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−1],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>+1][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]). Берём минимум по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. Заполняем по длине отрезка. </w:t>
      </w:r>
      <w:r>
        <w:rPr/>
        <w:t>(Время: O(n^3), Память: O(n^2))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1250950</wp:posOffset>
            </wp:positionH>
            <wp:positionV relativeFrom="paragraph">
              <wp:posOffset>4663440</wp:posOffset>
            </wp:positionV>
            <wp:extent cx="3257550" cy="1122680"/>
            <wp:effectExtent l="0" t="0" r="0" b="0"/>
            <wp:wrapTopAndBottom/>
            <wp:docPr id="14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122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</w:rPr>
        <w:t>def min_cost_to_win(n):</w:t>
        <w:br/>
        <w:t xml:space="preserve">    dp = [[0] * (n + 2) for _ in range(n + 2)]</w:t>
        <w:br/>
        <w:t xml:space="preserve">    for length in range(2, n + 1):</w:t>
        <w:br/>
        <w:t xml:space="preserve">        for i in range(1, n - length + 2):</w:t>
        <w:br/>
        <w:t xml:space="preserve">            j = i + length - 1</w:t>
        <w:br/>
        <w:t xml:space="preserve">            best = 10**9</w:t>
        <w:br/>
        <w:t xml:space="preserve">            for p in range(i, j + 1):</w:t>
        <w:br/>
        <w:t xml:space="preserve">                left = dp[i][p - 1] if p &gt; i else 0</w:t>
        <w:br/>
        <w:t xml:space="preserve">                right = dp[p + 1][j] if p &lt; j else 0</w:t>
        <w:br/>
        <w:t xml:space="preserve">                best = min(best, p + max(left, right))</w:t>
        <w:br/>
        <w:t xml:space="preserve">            dp[i][j] = best</w:t>
        <w:br/>
        <w:t xml:space="preserve">    return dp[1][n]</w:t>
        <w:br/>
        <w:br/>
        <w:t>if __name__ == "__main__":</w:t>
        <w:br/>
        <w:t xml:space="preserve">    print(min_cost_to_win(1))</w:t>
        <w:br/>
        <w:t xml:space="preserve">    print(min_cost_to_win(2))</w:t>
        <w:br/>
        <w:t xml:space="preserve">    print(min_cost_to_win(10))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Даны бинарные строки </w:t>
      </w:r>
      <w:r>
        <w:rPr>
          <w:rFonts w:cs="Times New Roman"/>
          <w:sz w:val="24"/>
          <w:szCs w:val="24"/>
        </w:rPr>
        <w:t>strs</w:t>
      </w:r>
      <w:r>
        <w:rPr>
          <w:rFonts w:cs="Times New Roman"/>
          <w:sz w:val="24"/>
          <w:szCs w:val="24"/>
          <w:lang w:val="ru-RU"/>
        </w:rPr>
        <w:t xml:space="preserve"> и ограничения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 xml:space="preserve"> по нулям и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по единицам. Найти максимальное число строк, которые можно выбрать, не превышая лимиты.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>Классический 0/1</w:t>
        <w:noBreakHyphen/>
        <w:t xml:space="preserve">рюкзак по двум ресурсам.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 — максимум строк при лимитах 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 нулей и 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 единиц. Для каждой строки с подсчитанными </w:t>
      </w:r>
      <w:r>
        <w:rPr>
          <w:rFonts w:cs="Times New Roman"/>
          <w:sz w:val="24"/>
          <w:szCs w:val="24"/>
        </w:rPr>
        <w:t>zeros</w:t>
      </w:r>
      <w:r>
        <w:rPr>
          <w:rFonts w:cs="Times New Roman"/>
          <w:sz w:val="24"/>
          <w:szCs w:val="24"/>
          <w:lang w:val="ru-RU"/>
        </w:rPr>
        <w:t xml:space="preserve"> и </w:t>
      </w:r>
      <w:r>
        <w:rPr>
          <w:rFonts w:cs="Times New Roman"/>
          <w:sz w:val="24"/>
          <w:szCs w:val="24"/>
        </w:rPr>
        <w:t>ones</w:t>
      </w:r>
      <w:r>
        <w:rPr>
          <w:rFonts w:cs="Times New Roman"/>
          <w:sz w:val="24"/>
          <w:szCs w:val="24"/>
          <w:lang w:val="ru-RU"/>
        </w:rPr>
        <w:t xml:space="preserve"> обновляем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 xml:space="preserve"> в обратном порядке. </w:t>
      </w:r>
      <w:r>
        <w:rPr/>
        <w:t>(Время: O(l·m·n), Память: O(m·n))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find_max_form(strs, m, n):</w:t>
        <w:br/>
        <w:t xml:space="preserve">    dp = [[0] * (n + 1) for _ in range(m + 1)]</w:t>
        <w:br/>
        <w:t xml:space="preserve">    for s in strs:</w:t>
        <w:br/>
        <w:t xml:space="preserve">        z = s.count('0')</w:t>
        <w:br/>
        <w:t xml:space="preserve">        o = len(s) - z</w:t>
        <w:br/>
        <w:t xml:space="preserve">        for i in range(m, z - 1, -1):</w:t>
        <w:br/>
        <w:t xml:space="preserve">            for j in range(n, o - 1, -1):</w:t>
        <w:br/>
        <w:t xml:space="preserve">                dp[i][j] = max(dp[i][j], dp[i - z][j - o] + 1)</w:t>
        <w:br/>
        <w:t xml:space="preserve">    return dp[m][n]</w:t>
        <w:br/>
        <w:br/>
        <w:t>if __name__ == "__main__":</w:t>
        <w:br/>
        <w:t xml:space="preserve">    print(find_max_form(["10","0001","111001","1","0"], 5, 3))</w:t>
        <w:br/>
        <w:t xml:space="preserve">    print(find_max_form(["10","0","1"], 1, 1))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228600</wp:posOffset>
            </wp:positionH>
            <wp:positionV relativeFrom="paragraph">
              <wp:posOffset>5715</wp:posOffset>
            </wp:positionV>
            <wp:extent cx="5019675" cy="1352550"/>
            <wp:effectExtent l="0" t="0" r="0" b="0"/>
            <wp:wrapTight wrapText="largest">
              <wp:wrapPolygon edited="0">
                <wp:start x="2" y="0"/>
                <wp:lineTo x="2" y="21298"/>
                <wp:lineTo x="21557" y="21298"/>
                <wp:lineTo x="21557" y="0"/>
                <wp:lineTo x="2" y="0"/>
              </wp:wrapPolygon>
            </wp:wrapTight>
            <wp:docPr id="15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1352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</w:p>
    <w:p>
      <w:pPr>
        <w:pStyle w:val="Heading1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Сложность алгоритмов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 размер массива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и число запросов </w:t>
      </w:r>
      <w:r>
        <w:rPr>
          <w:rFonts w:cs="Times New Roman"/>
          <w:sz w:val="24"/>
          <w:szCs w:val="24"/>
        </w:rPr>
        <w:t>q</w:t>
      </w:r>
      <w:r>
        <w:rPr>
          <w:rFonts w:cs="Times New Roman"/>
          <w:sz w:val="24"/>
          <w:szCs w:val="24"/>
          <w:lang w:val="ru-RU"/>
        </w:rPr>
        <w:t>. Требуется сравнить линейный поиск, бинарный поиск с предсортировкой и хеш</w:t>
        <w:noBreakHyphen/>
        <w:t xml:space="preserve">поиск с построением таблицы. Нужно определить, какой подход выгоднее при заданных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и </w:t>
      </w:r>
      <w:r>
        <w:rPr>
          <w:rFonts w:cs="Times New Roman"/>
          <w:sz w:val="24"/>
          <w:szCs w:val="24"/>
        </w:rPr>
        <w:t>q</w:t>
      </w:r>
      <w:r>
        <w:rPr>
          <w:rFonts w:cs="Times New Roman"/>
          <w:sz w:val="24"/>
          <w:szCs w:val="24"/>
          <w:lang w:val="ru-RU"/>
        </w:rPr>
        <w:t>, учитывая затраты на подготовку.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ru-RU"/>
        </w:rPr>
        <w:t xml:space="preserve">Линейный поиск имеет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) на запрос без подготовки. Бинарный поиск требует сортировки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log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), после чего каждый запрос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log</w:t>
      </w:r>
      <w:r>
        <w:rPr>
          <w:rFonts w:cs="Times New Roman"/>
          <w:sz w:val="24"/>
          <w:szCs w:val="24"/>
          <w:lang w:val="ru-RU"/>
        </w:rPr>
        <w:t xml:space="preserve">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). Хеш</w:t>
        <w:noBreakHyphen/>
        <w:t xml:space="preserve">поиск требует построения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), далее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 xml:space="preserve">(1) в среднем на запрос. </w:t>
      </w:r>
      <w:r>
        <w:rPr>
          <w:rFonts w:cs="Times New Roman"/>
          <w:sz w:val="24"/>
          <w:szCs w:val="24"/>
        </w:rPr>
        <w:t xml:space="preserve">Сопоставляя суммы затрат, выбираем стратегию по q и n.  </w:t>
      </w:r>
      <w:r>
        <w:rPr>
          <w:rFonts w:cs="Times New Roman"/>
          <w:sz w:val="24"/>
          <w:szCs w:val="24"/>
        </w:rPr>
        <w:t>Линейный поиск: (Время: O(q·n), Память: O(1)) Бинарный поиск: (Время: O(n log n + q log n), Память: O(1)) Хеш-поиск: (Время: O(n+q), Память: O(n))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choose_search_strategy(n, q):</w:t>
        <w:br/>
        <w:t xml:space="preserve">    cost_linear = q * n</w:t>
        <w:br/>
        <w:t xml:space="preserve">    cost_binary = n * (n.bit_length()) + q * (n.bit_length())</w:t>
        <w:br/>
        <w:t xml:space="preserve">    cost_hash = n + q</w:t>
        <w:br/>
        <w:t xml:space="preserve">    if cost_linear &lt;= cost_binary and cost_linear &lt;= cost_hash:</w:t>
        <w:br/>
        <w:t xml:space="preserve">        return "linear"</w:t>
        <w:br/>
        <w:t xml:space="preserve">    if cost_binary &lt;= cost_hash:</w:t>
        <w:br/>
        <w:t xml:space="preserve">        return "binary_search_with_sort"</w:t>
        <w:br/>
        <w:t xml:space="preserve">    return "hash_table"</w:t>
        <w:br/>
        <w:t>if __name__ == "__main__":</w:t>
        <w:br/>
        <w:t xml:space="preserve">    print(choose_search_strategy(10**3, 1))</w:t>
        <w:br/>
        <w:t xml:space="preserve">    print(choose_search_strategy(10**5, 100))</w:t>
        <w:br/>
        <w:t xml:space="preserve">    print(choose_search_strategy(10**6, 10**6))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91150" cy="1733550"/>
            <wp:effectExtent l="0" t="0" r="0" b="0"/>
            <wp:wrapSquare wrapText="largest"/>
            <wp:docPr id="16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1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Дан массив строк </w:t>
      </w:r>
      <w:r>
        <w:rPr>
          <w:rFonts w:cs="Times New Roman"/>
          <w:sz w:val="24"/>
          <w:szCs w:val="24"/>
        </w:rPr>
        <w:t>strs</w:t>
      </w:r>
      <w:r>
        <w:rPr>
          <w:rFonts w:cs="Times New Roman"/>
          <w:sz w:val="24"/>
          <w:szCs w:val="24"/>
          <w:lang w:val="ru-RU"/>
        </w:rPr>
        <w:t xml:space="preserve"> и число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. Требуется найти длину максимальной подстроки, которая встречается минимум в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 различных строках. Сравнить наивный перебор и подход с бинарным поиском по длине и роллинг</w:t>
        <w:noBreakHyphen/>
        <w:t>хешем.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Наивный перебор генерирует все подстроки и считает в скольких строках каждая встречается. Оптимизированный подход бинарит по длине </w:t>
      </w:r>
      <w:r>
        <w:rPr>
          <w:rFonts w:cs="Times New Roman"/>
          <w:sz w:val="24"/>
          <w:szCs w:val="24"/>
        </w:rPr>
        <w:t>L</w:t>
      </w:r>
      <w:r>
        <w:rPr>
          <w:rFonts w:cs="Times New Roman"/>
          <w:sz w:val="24"/>
          <w:szCs w:val="24"/>
          <w:lang w:val="ru-RU"/>
        </w:rPr>
        <w:t xml:space="preserve"> и проверяет существование общей подстроки длины </w:t>
      </w:r>
      <w:r>
        <w:rPr>
          <w:rFonts w:cs="Times New Roman"/>
          <w:sz w:val="24"/>
          <w:szCs w:val="24"/>
        </w:rPr>
        <w:t>L</w:t>
      </w:r>
      <w:r>
        <w:rPr>
          <w:rFonts w:cs="Times New Roman"/>
          <w:sz w:val="24"/>
          <w:szCs w:val="24"/>
          <w:lang w:val="ru-RU"/>
        </w:rPr>
        <w:t xml:space="preserve"> через роллинг</w:t>
        <w:noBreakHyphen/>
        <w:t xml:space="preserve">хеш множества для каждой строки и пересечение множеств. </w:t>
      </w:r>
      <w:r>
        <w:rPr>
          <w:rFonts w:cs="Times New Roman"/>
          <w:sz w:val="24"/>
          <w:szCs w:val="24"/>
          <w:lang w:val="ru-RU"/>
        </w:rPr>
        <w:t>Наивный: (Время: O(n^3·m), Память: O(1)) Оптимизированный: (Время: O(m·n log n), Память: O(n))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longest_common_len_naive(strs, k):</w:t>
        <w:br/>
        <w:t xml:space="preserve">    s0 = strs[0]</w:t>
        <w:br/>
        <w:t xml:space="preserve">    best = 0</w:t>
        <w:br/>
        <w:t xml:space="preserve">    for i in range(len(s0)):</w:t>
        <w:br/>
        <w:t xml:space="preserve">        for j in range(i + 1, len(s0) + 1):</w:t>
        <w:br/>
        <w:t xml:space="preserve">            sub = s0[i:j]</w:t>
        <w:br/>
        <w:t xml:space="preserve">            cnt = 0</w:t>
        <w:br/>
        <w:t xml:space="preserve">            for s in strs:</w:t>
        <w:br/>
        <w:t xml:space="preserve">                if sub in s:</w:t>
        <w:br/>
        <w:t xml:space="preserve">                    cnt += 1</w:t>
        <w:br/>
        <w:t xml:space="preserve">            if cnt &gt;= k and j - i &gt; best:</w:t>
        <w:br/>
        <w:t xml:space="preserve">                best = j - i</w:t>
        <w:br/>
        <w:t xml:space="preserve">    return best</w:t>
        <w:br/>
        <w:t>def longest_common_len_optimized(strs, k):</w:t>
        <w:br/>
        <w:t xml:space="preserve">    import sys</w:t>
        <w:br/>
        <w:t xml:space="preserve">    def has_len(L):</w:t>
        <w:br/>
        <w:t xml:space="preserve">        if L == 0:</w:t>
        <w:br/>
        <w:t xml:space="preserve">            return True</w:t>
        <w:br/>
        <w:t xml:space="preserve">        base = 911382323</w:t>
        <w:br/>
        <w:t xml:space="preserve">        mod = 10**9 + 7</w:t>
        <w:br/>
        <w:t xml:space="preserve">        powL = pow(base, L - 1, mod)</w:t>
        <w:br/>
        <w:t xml:space="preserve">        commons = None</w:t>
        <w:br/>
        <w:t xml:space="preserve">        for s in strs:</w:t>
        <w:br/>
        <w:t xml:space="preserve">            if L &gt; len(s):</w:t>
        <w:br/>
        <w:t xml:space="preserve">                return False</w:t>
        <w:br/>
        <w:t xml:space="preserve">            h = 0</w:t>
        <w:br/>
        <w:t xml:space="preserve">            st = set()</w:t>
        <w:br/>
        <w:t xml:space="preserve">            for t in range(L):</w:t>
        <w:br/>
        <w:t xml:space="preserve">                h = (h * base + ord(s[t])) % mod</w:t>
        <w:br/>
        <w:t xml:space="preserve">            st.add(h)</w:t>
        <w:br/>
        <w:t xml:space="preserve">            for t in range(L, len(s)):</w:t>
        <w:br/>
        <w:t xml:space="preserve">                h = (h - ord(s[t - L]) * powL) % mod</w:t>
        <w:br/>
        <w:t xml:space="preserve">                h = (h * base + ord(s[t])) % mod</w:t>
        <w:br/>
        <w:t xml:space="preserve">                st.add(h)</w:t>
        <w:br/>
        <w:t xml:space="preserve">            if commons is None:</w:t>
        <w:br/>
        <w:t xml:space="preserve">                commons = st</w:t>
        <w:br/>
        <w:t xml:space="preserve">            else:</w:t>
        <w:br/>
        <w:t xml:space="preserve">                commons &amp;= st</w:t>
        <w:br/>
        <w:t xml:space="preserve">            if not commons:</w:t>
        <w:br/>
        <w:t xml:space="preserve">                return False</w:t>
        <w:br/>
        <w:t xml:space="preserve">        return len(commons) &gt;= k</w:t>
        <w:br/>
        <w:t xml:space="preserve">    lo, hi = 0, min(len(s) for s in strs)</w:t>
        <w:br/>
        <w:t xml:space="preserve">    ans = 0</w:t>
        <w:br/>
        <w:t xml:space="preserve">    while lo &lt;= hi:</w:t>
        <w:br/>
        <w:t xml:space="preserve">        mid = (lo + hi) // 2</w:t>
        <w:br/>
        <w:t xml:space="preserve">        if has_len(mid):</w:t>
        <w:br/>
        <w:t xml:space="preserve">            ans = mid</w:t>
        <w:br/>
        <w:t xml:space="preserve">            lo = mid + 1</w:t>
        <w:br/>
        <w:t xml:space="preserve">        else:</w:t>
        <w:br/>
        <w:t xml:space="preserve">            hi = mid - 1</w:t>
        <w:br/>
        <w:t xml:space="preserve">    return ans</w:t>
        <w:br/>
        <w:t>if __name__ == "__main__":</w:t>
        <w:br/>
        <w:t xml:space="preserve">    strs = ["abracadabra","cadabracad","dabrac"]</w:t>
        <w:br/>
        <w:t xml:space="preserve">    print(longest_common_len_naive(strs, 2))</w:t>
        <w:br/>
        <w:t xml:space="preserve">    print(longest_common_len_optimized(strs, 2))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14950" cy="1390650"/>
            <wp:effectExtent l="0" t="0" r="0" b="0"/>
            <wp:wrapSquare wrapText="largest"/>
            <wp:docPr id="17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2 – Скриншот работы кода</w:t>
      </w:r>
      <w:r>
        <w:br w:type="page"/>
      </w:r>
    </w:p>
    <w:p>
      <w:pPr>
        <w:pStyle w:val="Heading2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Условие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Для умножения двух матриц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×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выбрать алгоритм: классический, блочный или Штрассена. Нужно выдать рекомендацию по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с кратким обоснованием.</w:t>
      </w:r>
    </w:p>
    <w:p>
      <w:pPr>
        <w:pStyle w:val="Heading3"/>
        <w:spacing w:lineRule="auto" w:line="360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Решение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Классический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^3) прост и устойчив, практичен на малых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. Блочный сохраняет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^3), но лучше использует кэш и выигрывает при средних размерах. Штрассена 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^2.807) оправдан при больших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при наличии памяти. </w:t>
      </w:r>
      <w:r>
        <w:rPr>
          <w:rFonts w:cs="Times New Roman"/>
          <w:sz w:val="24"/>
          <w:szCs w:val="24"/>
          <w:lang w:val="ru-RU"/>
        </w:rPr>
        <w:t>Классический: (Время: O(n^3), Память: O(1)) Блочный: (Время: O(n^3), Память: O(n^2)) Штрассена: (Время: O(n^2.807), Память: O(n^2))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choose_mm_algorithm(n):</w:t>
        <w:br/>
        <w:t xml:space="preserve">    if n &lt;= 64:</w:t>
        <w:br/>
        <w:t xml:space="preserve">        return "classical"</w:t>
        <w:br/>
        <w:t xml:space="preserve">    if n &lt;= 512:</w:t>
        <w:br/>
        <w:t xml:space="preserve">        return "blocked"</w:t>
        <w:br/>
        <w:t xml:space="preserve">    return "strassen"</w:t>
        <w:br/>
        <w:t>if __name__ == "__main__":</w:t>
        <w:br/>
        <w:t xml:space="preserve">    print(choose_mm_algorithm(64))</w:t>
        <w:br/>
        <w:t xml:space="preserve">    print(choose_mm_algorithm(256))</w:t>
        <w:br/>
        <w:t xml:space="preserve">    print(choose_mm_algorithm(1500))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05425" cy="1752600"/>
            <wp:effectExtent l="0" t="0" r="0" b="0"/>
            <wp:wrapSquare wrapText="largest"/>
            <wp:docPr id="18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Заключение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ходе лабораторной работы были разработаны задачи по ключевым темам алгоритмов, сформулированы условия, решения и приведены их реализации. Работа позволила закрепить навыки в области алгоритмов и структур данных, а также показала умение анализировать эффективность различных подходов.</w:t>
      </w:r>
    </w:p>
    <w:p>
      <w:pPr>
        <w:pStyle w:val="Normal"/>
        <w:spacing w:lineRule="auto" w:line="240" w:before="0" w:after="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Список литературы</w:t>
      </w:r>
    </w:p>
    <w:p>
      <w:pPr>
        <w:pStyle w:val="Normal"/>
        <w:spacing w:lineRule="auto" w:line="360" w:before="0" w:after="200"/>
        <w:ind w:firstLine="72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 Aho A.V., Hopcroft J.E., Ullman J.D. Data Structures and Algorithms. – Addison-Wesley, 1983. – 427 p. [</w:t>
      </w:r>
      <w:r>
        <w:rPr>
          <w:rFonts w:cs="Times New Roman"/>
          <w:sz w:val="24"/>
          <w:szCs w:val="24"/>
          <w:lang w:val="ru-RU"/>
        </w:rPr>
        <w:t>Электронный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lang w:val="ru-RU"/>
        </w:rPr>
        <w:t>ресурс</w:t>
      </w:r>
      <w:r>
        <w:rPr>
          <w:rFonts w:cs="Times New Roman"/>
          <w:sz w:val="24"/>
          <w:szCs w:val="24"/>
        </w:rPr>
        <w:t xml:space="preserve">] – </w:t>
      </w:r>
      <w:hyperlink r:id="rId20">
        <w:r>
          <w:rPr>
            <w:rStyle w:val="Hyperlink"/>
            <w:rFonts w:cs="Times New Roman"/>
            <w:sz w:val="24"/>
            <w:szCs w:val="24"/>
          </w:rPr>
          <w:t>https://doc.lagout.org/Alfred%20V.%20Aho%20-%20Data%20Structures%20and%20Algorithms.pdf</w:t>
        </w:r>
      </w:hyperlink>
      <w:r>
        <w:rPr>
          <w:rFonts w:cs="Times New Roman"/>
          <w:sz w:val="24"/>
          <w:szCs w:val="24"/>
        </w:rPr>
        <w:t xml:space="preserve"> (12.05.2025).</w:t>
      </w:r>
    </w:p>
    <w:sectPr>
      <w:footerReference w:type="even" r:id="rId21"/>
      <w:footerReference w:type="default" r:id="rId22"/>
      <w:footerReference w:type="first" r:id="rId23"/>
      <w:type w:val="nextPage"/>
      <w:pgSz w:w="12240" w:h="15840"/>
      <w:pgMar w:left="1800" w:right="1800" w:gutter="0" w:header="0" w:top="1440" w:footer="0" w:bottom="1440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mbria Math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210514313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39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" w:cs="" w:cstheme="minorBidi" w:eastAsiaTheme="minorEastAsia"/>
      <w:color w:val="auto"/>
      <w:kern w:val="0"/>
      <w:sz w:val="28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Верхний колонтитул Знак"/>
    <w:basedOn w:val="DefaultParagraphFont"/>
    <w:link w:val="Header"/>
    <w:uiPriority w:val="99"/>
    <w:qFormat/>
    <w:rsid w:val="00e618bf"/>
    <w:rPr/>
  </w:style>
  <w:style w:type="character" w:styleId="Style6" w:customStyle="1">
    <w:name w:val="Нижний колонтитул Знак"/>
    <w:basedOn w:val="DefaultParagraphFont"/>
    <w:link w:val="Footer"/>
    <w:uiPriority w:val="99"/>
    <w:qFormat/>
    <w:rsid w:val="00e618bf"/>
    <w:rPr/>
  </w:style>
  <w:style w:type="character" w:styleId="1" w:customStyle="1">
    <w:name w:val="Заголовок 1 Знак"/>
    <w:basedOn w:val="DefaultParagraphFont"/>
    <w:link w:val="Heading1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link w:val="Heading2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link w:val="Heading3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yle7" w:customStyle="1">
    <w:name w:val="Заголовок Знак"/>
    <w:basedOn w:val="DefaultParagraphFont"/>
    <w:link w:val="Title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tyle8" w:customStyle="1">
    <w:name w:val="Подзаголовок Знак"/>
    <w:basedOn w:val="DefaultParagraphFont"/>
    <w:link w:val="Subtitle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9" w:customStyle="1">
    <w:name w:val="Основной текст Знак"/>
    <w:basedOn w:val="DefaultParagraphFont"/>
    <w:uiPriority w:val="99"/>
    <w:qFormat/>
    <w:rsid w:val="00aa1d8d"/>
    <w:rPr/>
  </w:style>
  <w:style w:type="character" w:styleId="21" w:customStyle="1">
    <w:name w:val="Основной текст 2 Знак"/>
    <w:basedOn w:val="DefaultParagraphFont"/>
    <w:link w:val="BodyText2"/>
    <w:uiPriority w:val="99"/>
    <w:qFormat/>
    <w:rsid w:val="00aa1d8d"/>
    <w:rPr/>
  </w:style>
  <w:style w:type="character" w:styleId="31" w:customStyle="1">
    <w:name w:val="Основной текст 3 Знак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Style10" w:customStyle="1">
    <w:name w:val="Текст макроса Знак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22" w:customStyle="1">
    <w:name w:val="Цитата 2 Знак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4" w:customStyle="1">
    <w:name w:val="Заголовок 4 Знак"/>
    <w:basedOn w:val="DefaultParagraphFont"/>
    <w:link w:val="Heading4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5" w:customStyle="1">
    <w:name w:val="Заголовок 5 Знак"/>
    <w:basedOn w:val="DefaultParagraphFont"/>
    <w:link w:val="Heading5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6" w:customStyle="1">
    <w:name w:val="Заголовок 6 Знак"/>
    <w:basedOn w:val="DefaultParagraphFont"/>
    <w:link w:val="Heading6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7" w:customStyle="1">
    <w:name w:val="Заголовок 7 Знак"/>
    <w:basedOn w:val="DefaultParagraphFont"/>
    <w:link w:val="Heading7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8" w:customStyle="1">
    <w:name w:val="Заголовок 8 Знак"/>
    <w:basedOn w:val="DefaultParagraphFont"/>
    <w:link w:val="Heading8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9" w:customStyle="1">
    <w:name w:val="Заголовок 9 Знак"/>
    <w:basedOn w:val="DefaultParagraphFont"/>
    <w:link w:val="Heading9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Style11" w:customStyle="1">
    <w:name w:val="Выделенная цитата Знак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b72abd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72abd"/>
    <w:rPr>
      <w:color w:val="605E5C"/>
      <w:shd w:fill="E1DFDD" w:val="clear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Cs w:val="28"/>
    </w:rPr>
  </w:style>
  <w:style w:type="paragraph" w:styleId="BodyText">
    <w:name w:val="Body Text"/>
    <w:basedOn w:val="Normal"/>
    <w:link w:val="Style9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6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Style7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tyle8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21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31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Style10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22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Style11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3"/>
    <w:uiPriority w:val="59"/>
    <w:rsid w:val="00fc693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aff2">
    <w:name w:val="Light Shading"/>
    <w:basedOn w:val="a3"/>
    <w:uiPriority w:val="60"/>
    <w:rsid w:val="00fc693f"/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-10">
    <w:name w:val="Light List Accent 1"/>
    <w:basedOn w:val="a3"/>
    <w:uiPriority w:val="61"/>
    <w:rsid w:val="00fc693f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-20">
    <w:name w:val="Light List Accent 2"/>
    <w:basedOn w:val="a3"/>
    <w:uiPriority w:val="61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-30">
    <w:name w:val="Light List Accent 3"/>
    <w:basedOn w:val="a3"/>
    <w:uiPriority w:val="61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-40">
    <w:name w:val="Light List Accent 4"/>
    <w:basedOn w:val="a3"/>
    <w:uiPriority w:val="61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-50">
    <w:name w:val="Light List Accent 5"/>
    <w:basedOn w:val="a3"/>
    <w:uiPriority w:val="61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-60">
    <w:name w:val="Light List Accent 6"/>
    <w:basedOn w:val="a3"/>
    <w:uiPriority w:val="61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aff4">
    <w:name w:val="Light Grid"/>
    <w:basedOn w:val="a3"/>
    <w:uiPriority w:val="62"/>
    <w:rsid w:val="00cb0664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-11">
    <w:name w:val="Light Grid Accent 1"/>
    <w:basedOn w:val="a3"/>
    <w:uiPriority w:val="62"/>
    <w:rsid w:val="00cb0664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-21">
    <w:name w:val="Light Grid Accent 2"/>
    <w:basedOn w:val="a3"/>
    <w:uiPriority w:val="62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-31">
    <w:name w:val="Light Grid Accent 3"/>
    <w:basedOn w:val="a3"/>
    <w:uiPriority w:val="62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-41">
    <w:name w:val="Light Grid Accent 4"/>
    <w:basedOn w:val="a3"/>
    <w:uiPriority w:val="62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-51">
    <w:name w:val="Light Grid Accent 5"/>
    <w:basedOn w:val="a3"/>
    <w:uiPriority w:val="62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-61">
    <w:name w:val="Light Grid Accent 6"/>
    <w:basedOn w:val="a3"/>
    <w:uiPriority w:val="62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11">
    <w:name w:val="Medium Shading 1"/>
    <w:basedOn w:val="a3"/>
    <w:uiPriority w:val="63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00000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F81B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0504D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BBB59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8064A2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BACC6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79646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13">
    <w:name w:val="Colorful Shading Accent 1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F81BD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23">
    <w:name w:val="Colorful Shading Accent 2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C0504D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33">
    <w:name w:val="Colorful Shading Accent 3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9BBB59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8064A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53">
    <w:name w:val="Colorful Shading Accent 5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BACC6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63">
    <w:name w:val="Colorful Shading Accent 6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F79646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aff7">
    <w:name w:val="Colorful List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hyperlink" Target="https://doc.lagout.org/Alfred%20V.%20Aho%20-%20Data%20Structures%20and%20Algorithms.pdf" TargetMode="External"/><Relationship Id="rId21" Type="http://schemas.openxmlformats.org/officeDocument/2006/relationships/footer" Target="footer1.xml"/><Relationship Id="rId22" Type="http://schemas.openxmlformats.org/officeDocument/2006/relationships/footer" Target="footer2.xml"/><Relationship Id="rId23" Type="http://schemas.openxmlformats.org/officeDocument/2006/relationships/footer" Target="footer3.xml"/><Relationship Id="rId24" Type="http://schemas.openxmlformats.org/officeDocument/2006/relationships/numbering" Target="numbering.xml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<Relationship Id="rId2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LibreOffice/25.2.6.2$Linux_X86_64 LibreOffice_project/520$Build-2</Application>
  <AppVersion>15.0000</AppVersion>
  <Pages>39</Pages>
  <Words>2750</Words>
  <Characters>15997</Characters>
  <CharactersWithSpaces>21592</CharactersWithSpaces>
  <Paragraphs>147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en-US</dc:language>
  <cp:lastModifiedBy/>
  <dcterms:modified xsi:type="dcterms:W3CDTF">2025-09-12T22:31:23Z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